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ED" w:rsidRPr="009E1C54" w:rsidRDefault="00FC2AED" w:rsidP="00FC2AED">
      <w:pPr>
        <w:jc w:val="center"/>
        <w:rPr>
          <w:rFonts w:eastAsiaTheme="majorEastAsia" w:cs="Times New Roman"/>
          <w:b/>
          <w:bCs/>
          <w:sz w:val="30"/>
          <w:szCs w:val="28"/>
          <w:lang w:val="pl-PL"/>
        </w:rPr>
      </w:pPr>
      <w:r w:rsidRPr="009E1C54">
        <w:rPr>
          <w:rFonts w:eastAsiaTheme="majorEastAsia" w:cs="Times New Roman"/>
          <w:b/>
          <w:bCs/>
          <w:sz w:val="30"/>
          <w:szCs w:val="28"/>
          <w:lang w:val="pl-PL"/>
        </w:rPr>
        <w:t>WNIOSEK SENIORA O ZAWARCIE UMOWY</w:t>
      </w:r>
    </w:p>
    <w:p w:rsidR="00ED4448" w:rsidRPr="009E1C54" w:rsidRDefault="00FC2AED" w:rsidP="00FC2AED">
      <w:pPr>
        <w:jc w:val="center"/>
        <w:rPr>
          <w:rFonts w:cs="Times New Roman"/>
          <w:lang w:val="pl-PL"/>
        </w:rPr>
      </w:pPr>
      <w:r w:rsidRPr="009E1C54">
        <w:rPr>
          <w:rFonts w:eastAsiaTheme="majorEastAsia" w:cs="Times New Roman"/>
          <w:b/>
          <w:bCs/>
          <w:sz w:val="30"/>
          <w:szCs w:val="28"/>
          <w:lang w:val="pl-PL"/>
        </w:rPr>
        <w:t>O REALIZACJI BONU SENIORALNEGO</w:t>
      </w:r>
    </w:p>
    <w:p w:rsidR="00816950" w:rsidRPr="009E1C54" w:rsidRDefault="000C0048">
      <w:pPr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1. Dane Seniora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816950" w:rsidRPr="009E1C54" w:rsidTr="009E1C54">
        <w:trPr>
          <w:jc w:val="center"/>
        </w:trPr>
        <w:tc>
          <w:tcPr>
            <w:tcW w:w="4844" w:type="dxa"/>
            <w:vAlign w:val="center"/>
          </w:tcPr>
          <w:p w:rsidR="00816950" w:rsidRPr="009E1C54" w:rsidRDefault="009E1C54" w:rsidP="009E1C54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Imię i N</w:t>
            </w:r>
            <w:r w:rsidR="000C0048" w:rsidRPr="009E1C54">
              <w:rPr>
                <w:rFonts w:cs="Times New Roman"/>
                <w:lang w:val="pl-PL"/>
              </w:rPr>
              <w:t>azwisko</w:t>
            </w:r>
          </w:p>
        </w:tc>
        <w:tc>
          <w:tcPr>
            <w:tcW w:w="4844" w:type="dxa"/>
            <w:vAlign w:val="center"/>
          </w:tcPr>
          <w:p w:rsidR="00816950" w:rsidRPr="009E1C54" w:rsidRDefault="00816950">
            <w:pPr>
              <w:rPr>
                <w:rFonts w:cs="Times New Roman"/>
                <w:sz w:val="20"/>
                <w:lang w:val="pl-PL"/>
              </w:rPr>
            </w:pPr>
          </w:p>
          <w:p w:rsidR="00ED4448" w:rsidRPr="009E1C54" w:rsidRDefault="00ED4448">
            <w:pPr>
              <w:rPr>
                <w:rFonts w:cs="Times New Roman"/>
                <w:lang w:val="pl-PL"/>
              </w:rPr>
            </w:pPr>
          </w:p>
        </w:tc>
      </w:tr>
      <w:tr w:rsidR="00816950" w:rsidRPr="009E1C54" w:rsidTr="009E1C54">
        <w:trPr>
          <w:jc w:val="center"/>
        </w:trPr>
        <w:tc>
          <w:tcPr>
            <w:tcW w:w="4844" w:type="dxa"/>
            <w:vAlign w:val="center"/>
          </w:tcPr>
          <w:p w:rsidR="00816950" w:rsidRPr="009E1C54" w:rsidRDefault="000C0048" w:rsidP="009E1C54">
            <w:pPr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PESEL</w:t>
            </w:r>
            <w:r w:rsidR="000571DF" w:rsidRPr="009E1C54">
              <w:rPr>
                <w:rFonts w:cs="Times New Roman"/>
                <w:lang w:val="pl-PL"/>
              </w:rPr>
              <w:t xml:space="preserve"> </w:t>
            </w:r>
            <w:r w:rsidR="000571DF" w:rsidRPr="009E1C54">
              <w:rPr>
                <w:rFonts w:cs="Times New Roman"/>
                <w:sz w:val="16"/>
                <w:szCs w:val="16"/>
                <w:lang w:val="pl-PL"/>
              </w:rPr>
              <w:t>(a w przypadku jego braku - serię i numer dokumentu potwierdzającego tożsamość)</w:t>
            </w:r>
          </w:p>
        </w:tc>
        <w:tc>
          <w:tcPr>
            <w:tcW w:w="4844" w:type="dxa"/>
            <w:vAlign w:val="center"/>
          </w:tcPr>
          <w:p w:rsidR="00816950" w:rsidRPr="009E1C54" w:rsidRDefault="00816950">
            <w:pPr>
              <w:rPr>
                <w:rFonts w:cs="Times New Roman"/>
                <w:sz w:val="20"/>
                <w:lang w:val="pl-PL"/>
              </w:rPr>
            </w:pPr>
          </w:p>
          <w:p w:rsidR="00ED4448" w:rsidRPr="009E1C54" w:rsidRDefault="00ED4448">
            <w:pPr>
              <w:rPr>
                <w:rFonts w:cs="Times New Roman"/>
                <w:lang w:val="pl-PL"/>
              </w:rPr>
            </w:pPr>
          </w:p>
        </w:tc>
      </w:tr>
      <w:tr w:rsidR="00816950" w:rsidRPr="009E1C54" w:rsidTr="009E1C54">
        <w:trPr>
          <w:jc w:val="center"/>
        </w:trPr>
        <w:tc>
          <w:tcPr>
            <w:tcW w:w="4844" w:type="dxa"/>
            <w:vAlign w:val="center"/>
          </w:tcPr>
          <w:p w:rsidR="00816950" w:rsidRPr="009E1C54" w:rsidRDefault="000C0048" w:rsidP="009E1C54">
            <w:pPr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 xml:space="preserve">Adres </w:t>
            </w:r>
            <w:r w:rsidR="000571DF" w:rsidRPr="009E1C54">
              <w:rPr>
                <w:rFonts w:cs="Times New Roman"/>
                <w:lang w:val="pl-PL"/>
              </w:rPr>
              <w:t xml:space="preserve">miejsca </w:t>
            </w:r>
            <w:r w:rsidRPr="009E1C54">
              <w:rPr>
                <w:rFonts w:cs="Times New Roman"/>
                <w:lang w:val="pl-PL"/>
              </w:rPr>
              <w:t>zamieszkania</w:t>
            </w:r>
          </w:p>
        </w:tc>
        <w:tc>
          <w:tcPr>
            <w:tcW w:w="4844" w:type="dxa"/>
            <w:vAlign w:val="center"/>
          </w:tcPr>
          <w:p w:rsidR="00816950" w:rsidRPr="009E1C54" w:rsidRDefault="00816950">
            <w:pPr>
              <w:rPr>
                <w:rFonts w:cs="Times New Roman"/>
                <w:sz w:val="20"/>
                <w:lang w:val="pl-PL"/>
              </w:rPr>
            </w:pPr>
          </w:p>
          <w:p w:rsidR="00ED4448" w:rsidRPr="009E1C54" w:rsidRDefault="00ED4448">
            <w:pPr>
              <w:rPr>
                <w:rFonts w:cs="Times New Roman"/>
                <w:lang w:val="pl-PL"/>
              </w:rPr>
            </w:pPr>
          </w:p>
        </w:tc>
      </w:tr>
      <w:tr w:rsidR="000571DF" w:rsidRPr="009E1C54" w:rsidTr="009E1C54">
        <w:trPr>
          <w:jc w:val="center"/>
        </w:trPr>
        <w:tc>
          <w:tcPr>
            <w:tcW w:w="4844" w:type="dxa"/>
            <w:vAlign w:val="center"/>
          </w:tcPr>
          <w:p w:rsidR="000571DF" w:rsidRPr="009E1C54" w:rsidRDefault="000571DF" w:rsidP="009E1C54">
            <w:pPr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Adres świadczenia usługi</w:t>
            </w:r>
          </w:p>
          <w:p w:rsidR="000571DF" w:rsidRPr="009E1C54" w:rsidRDefault="000571DF" w:rsidP="009E1C54">
            <w:pPr>
              <w:rPr>
                <w:rFonts w:cs="Times New Roman"/>
                <w:lang w:val="pl-PL"/>
              </w:rPr>
            </w:pPr>
          </w:p>
        </w:tc>
        <w:tc>
          <w:tcPr>
            <w:tcW w:w="4844" w:type="dxa"/>
            <w:vAlign w:val="center"/>
          </w:tcPr>
          <w:p w:rsidR="000571DF" w:rsidRPr="009E1C54" w:rsidRDefault="000571DF">
            <w:pPr>
              <w:rPr>
                <w:rFonts w:cs="Times New Roman"/>
                <w:sz w:val="20"/>
                <w:lang w:val="pl-PL"/>
              </w:rPr>
            </w:pPr>
          </w:p>
        </w:tc>
      </w:tr>
      <w:tr w:rsidR="00BE4C7D" w:rsidRPr="009E1C54" w:rsidTr="009E1C54">
        <w:trPr>
          <w:jc w:val="center"/>
        </w:trPr>
        <w:tc>
          <w:tcPr>
            <w:tcW w:w="4844" w:type="dxa"/>
            <w:vAlign w:val="center"/>
          </w:tcPr>
          <w:p w:rsidR="00BE4C7D" w:rsidRPr="009E1C54" w:rsidRDefault="00BE4C7D" w:rsidP="009E1C54">
            <w:pPr>
              <w:ind w:left="-250"/>
              <w:rPr>
                <w:rFonts w:cs="Times New Roman"/>
                <w:lang w:val="pl-PL"/>
              </w:rPr>
            </w:pPr>
          </w:p>
          <w:p w:rsidR="00BE4C7D" w:rsidRPr="009E1C54" w:rsidRDefault="009E1C54" w:rsidP="009E1C54">
            <w:pPr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Obywatels</w:t>
            </w:r>
            <w:r w:rsidR="00BE4C7D" w:rsidRPr="009E1C54">
              <w:rPr>
                <w:rFonts w:cs="Times New Roman"/>
                <w:lang w:val="pl-PL"/>
              </w:rPr>
              <w:t>t</w:t>
            </w:r>
            <w:r w:rsidRPr="009E1C54">
              <w:rPr>
                <w:rFonts w:cs="Times New Roman"/>
                <w:lang w:val="pl-PL"/>
              </w:rPr>
              <w:t>w</w:t>
            </w:r>
            <w:r w:rsidR="00BE4C7D" w:rsidRPr="009E1C54">
              <w:rPr>
                <w:rFonts w:cs="Times New Roman"/>
                <w:lang w:val="pl-PL"/>
              </w:rPr>
              <w:t>o</w:t>
            </w:r>
          </w:p>
        </w:tc>
        <w:tc>
          <w:tcPr>
            <w:tcW w:w="4844" w:type="dxa"/>
            <w:vAlign w:val="center"/>
          </w:tcPr>
          <w:p w:rsidR="00BE4C7D" w:rsidRPr="009E1C54" w:rsidRDefault="00BE4C7D">
            <w:pPr>
              <w:rPr>
                <w:rFonts w:cs="Times New Roman"/>
                <w:sz w:val="20"/>
                <w:lang w:val="pl-PL"/>
              </w:rPr>
            </w:pPr>
          </w:p>
        </w:tc>
      </w:tr>
      <w:tr w:rsidR="00816950" w:rsidRPr="009E1C54" w:rsidTr="009E1C54">
        <w:trPr>
          <w:jc w:val="center"/>
        </w:trPr>
        <w:tc>
          <w:tcPr>
            <w:tcW w:w="4844" w:type="dxa"/>
            <w:vAlign w:val="center"/>
          </w:tcPr>
          <w:p w:rsidR="00816950" w:rsidRPr="009E1C54" w:rsidRDefault="000C0048" w:rsidP="009E1C54">
            <w:pPr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Telefon</w:t>
            </w:r>
            <w:r w:rsidR="00F73EB7" w:rsidRPr="009E1C54">
              <w:rPr>
                <w:rFonts w:cs="Times New Roman"/>
                <w:lang w:val="pl-PL"/>
              </w:rPr>
              <w:t xml:space="preserve"> kontaktowy </w:t>
            </w:r>
            <w:r w:rsidRPr="009E1C54">
              <w:rPr>
                <w:rFonts w:cs="Times New Roman"/>
                <w:lang w:val="pl-PL"/>
              </w:rPr>
              <w:t>/</w:t>
            </w:r>
            <w:r w:rsidR="000571DF" w:rsidRPr="009E1C54">
              <w:rPr>
                <w:rFonts w:cs="Times New Roman"/>
                <w:lang w:val="pl-PL"/>
              </w:rPr>
              <w:t xml:space="preserve"> </w:t>
            </w:r>
            <w:r w:rsidRPr="009E1C54">
              <w:rPr>
                <w:rFonts w:cs="Times New Roman"/>
                <w:lang w:val="pl-PL"/>
              </w:rPr>
              <w:t>e-mail (opcjonalnie)</w:t>
            </w:r>
          </w:p>
        </w:tc>
        <w:tc>
          <w:tcPr>
            <w:tcW w:w="4844" w:type="dxa"/>
            <w:vAlign w:val="center"/>
          </w:tcPr>
          <w:p w:rsidR="00816950" w:rsidRPr="009E1C54" w:rsidRDefault="00816950">
            <w:pPr>
              <w:rPr>
                <w:rFonts w:cs="Times New Roman"/>
                <w:sz w:val="20"/>
                <w:lang w:val="pl-PL"/>
              </w:rPr>
            </w:pPr>
          </w:p>
          <w:p w:rsidR="00ED4448" w:rsidRPr="009E1C54" w:rsidRDefault="00ED4448">
            <w:pPr>
              <w:rPr>
                <w:rFonts w:cs="Times New Roman"/>
                <w:lang w:val="pl-PL"/>
              </w:rPr>
            </w:pPr>
          </w:p>
        </w:tc>
      </w:tr>
      <w:tr w:rsidR="00816950" w:rsidRPr="009E1C54" w:rsidTr="009E1C54">
        <w:trPr>
          <w:jc w:val="center"/>
        </w:trPr>
        <w:tc>
          <w:tcPr>
            <w:tcW w:w="4844" w:type="dxa"/>
            <w:vAlign w:val="center"/>
          </w:tcPr>
          <w:p w:rsidR="00816950" w:rsidRPr="009E1C54" w:rsidRDefault="000C0048" w:rsidP="009E1C54">
            <w:pPr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Dane osoby bliskiej / kontaktowej (opcjonalnie)</w:t>
            </w:r>
          </w:p>
        </w:tc>
        <w:tc>
          <w:tcPr>
            <w:tcW w:w="4844" w:type="dxa"/>
            <w:vAlign w:val="center"/>
          </w:tcPr>
          <w:p w:rsidR="00816950" w:rsidRPr="009E1C54" w:rsidRDefault="00816950">
            <w:pPr>
              <w:rPr>
                <w:rFonts w:cs="Times New Roman"/>
                <w:sz w:val="20"/>
                <w:lang w:val="pl-PL"/>
              </w:rPr>
            </w:pPr>
          </w:p>
          <w:p w:rsidR="00ED4448" w:rsidRPr="009E1C54" w:rsidRDefault="00ED4448">
            <w:pPr>
              <w:rPr>
                <w:rFonts w:cs="Times New Roman"/>
                <w:lang w:val="pl-PL"/>
              </w:rPr>
            </w:pPr>
          </w:p>
        </w:tc>
      </w:tr>
      <w:tr w:rsidR="00BE4C7D" w:rsidRPr="009E1C54" w:rsidTr="009E1C54">
        <w:trPr>
          <w:jc w:val="center"/>
        </w:trPr>
        <w:tc>
          <w:tcPr>
            <w:tcW w:w="4844" w:type="dxa"/>
            <w:vAlign w:val="center"/>
          </w:tcPr>
          <w:p w:rsidR="00BE4C7D" w:rsidRPr="009E1C54" w:rsidRDefault="000571DF" w:rsidP="009E1C54">
            <w:pPr>
              <w:rPr>
                <w:rFonts w:cs="Times New Roman"/>
                <w:sz w:val="20"/>
                <w:lang w:val="pl-PL"/>
              </w:rPr>
            </w:pPr>
            <w:r w:rsidRPr="009E1C54">
              <w:rPr>
                <w:rFonts w:cs="Times New Roman"/>
                <w:sz w:val="20"/>
                <w:lang w:val="pl-PL"/>
              </w:rPr>
              <w:t xml:space="preserve">średni miesięczny dochód w rozumieniu art. 3 pkt 1 ustawy z dnia 28 listopada 2003 r. o świadczeniach rodzinnych (Dz. U. z 2025 r. poz. 1208 oraz z 2026 r. poz. 203) w </w:t>
            </w:r>
            <w:r w:rsidRPr="009E1C54">
              <w:rPr>
                <w:rFonts w:cs="Times New Roman"/>
                <w:b/>
                <w:lang w:val="pl-PL"/>
              </w:rPr>
              <w:t>ostatnich 3 miesiącach</w:t>
            </w:r>
            <w:r w:rsidRPr="009E1C54">
              <w:rPr>
                <w:rFonts w:cs="Times New Roman"/>
                <w:sz w:val="20"/>
                <w:lang w:val="pl-PL"/>
              </w:rPr>
              <w:t xml:space="preserve"> poprzedzających złożenie wniosku</w:t>
            </w:r>
          </w:p>
        </w:tc>
        <w:tc>
          <w:tcPr>
            <w:tcW w:w="4844" w:type="dxa"/>
            <w:vAlign w:val="center"/>
          </w:tcPr>
          <w:p w:rsidR="00BE4C7D" w:rsidRPr="009E1C54" w:rsidRDefault="00BE4C7D">
            <w:pPr>
              <w:rPr>
                <w:rFonts w:cs="Times New Roman"/>
                <w:sz w:val="20"/>
                <w:lang w:val="pl-PL"/>
              </w:rPr>
            </w:pPr>
          </w:p>
        </w:tc>
      </w:tr>
    </w:tbl>
    <w:p w:rsidR="00ED4448" w:rsidRPr="009E1C54" w:rsidRDefault="00ED4448">
      <w:pPr>
        <w:rPr>
          <w:rFonts w:cs="Times New Roman"/>
          <w:lang w:val="pl-PL"/>
        </w:rPr>
      </w:pPr>
    </w:p>
    <w:p w:rsidR="000571DF" w:rsidRPr="009E1C54" w:rsidRDefault="00F73EB7">
      <w:pPr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2</w:t>
      </w:r>
      <w:r w:rsidR="000571DF" w:rsidRPr="009E1C54">
        <w:rPr>
          <w:rFonts w:cs="Times New Roman"/>
          <w:b/>
          <w:lang w:val="pl-PL"/>
        </w:rPr>
        <w:t>. Dane przedstawiciela ustawowego lub pełnomocnika (jeżeli wniosek składa inna osoba)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806"/>
        <w:gridCol w:w="4915"/>
      </w:tblGrid>
      <w:tr w:rsidR="000571DF" w:rsidRPr="009E1C54" w:rsidTr="009E1C54">
        <w:tc>
          <w:tcPr>
            <w:tcW w:w="4806" w:type="dxa"/>
            <w:vAlign w:val="center"/>
          </w:tcPr>
          <w:p w:rsidR="000571DF" w:rsidRPr="009E1C54" w:rsidRDefault="000571DF" w:rsidP="009E1C54">
            <w:pPr>
              <w:ind w:left="142" w:hanging="142"/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Imię i Nazwisko</w:t>
            </w:r>
          </w:p>
          <w:p w:rsidR="000571DF" w:rsidRPr="009E1C54" w:rsidRDefault="000571DF" w:rsidP="009E1C54">
            <w:pPr>
              <w:ind w:left="142" w:hanging="142"/>
              <w:rPr>
                <w:rFonts w:cs="Times New Roman"/>
                <w:lang w:val="pl-PL"/>
              </w:rPr>
            </w:pPr>
          </w:p>
        </w:tc>
        <w:tc>
          <w:tcPr>
            <w:tcW w:w="4915" w:type="dxa"/>
          </w:tcPr>
          <w:p w:rsidR="000571DF" w:rsidRPr="009E1C54" w:rsidRDefault="000571DF">
            <w:pPr>
              <w:rPr>
                <w:rFonts w:cs="Times New Roman"/>
                <w:lang w:val="pl-PL"/>
              </w:rPr>
            </w:pPr>
          </w:p>
        </w:tc>
      </w:tr>
      <w:tr w:rsidR="000571DF" w:rsidRPr="009E1C54" w:rsidTr="009E1C54">
        <w:tc>
          <w:tcPr>
            <w:tcW w:w="4806" w:type="dxa"/>
            <w:vAlign w:val="center"/>
          </w:tcPr>
          <w:p w:rsidR="000571DF" w:rsidRPr="009E1C54" w:rsidRDefault="000571DF" w:rsidP="009E1C54">
            <w:pPr>
              <w:ind w:left="142" w:hanging="142"/>
              <w:rPr>
                <w:rFonts w:cs="Times New Roman"/>
                <w:lang w:val="pl-PL"/>
              </w:rPr>
            </w:pPr>
          </w:p>
          <w:p w:rsidR="000571DF" w:rsidRPr="009E1C54" w:rsidRDefault="000571DF" w:rsidP="009E1C54">
            <w:pPr>
              <w:ind w:left="142" w:hanging="142"/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Adres</w:t>
            </w:r>
            <w:r w:rsidR="001F20D6" w:rsidRPr="009E1C54">
              <w:rPr>
                <w:rFonts w:cs="Times New Roman"/>
                <w:lang w:val="pl-PL"/>
              </w:rPr>
              <w:t xml:space="preserve"> miejsca zamieszkania / do kor</w:t>
            </w:r>
            <w:r w:rsidR="00F73EB7" w:rsidRPr="009E1C54">
              <w:rPr>
                <w:rFonts w:cs="Times New Roman"/>
                <w:lang w:val="pl-PL"/>
              </w:rPr>
              <w:t xml:space="preserve">espondencji </w:t>
            </w:r>
          </w:p>
        </w:tc>
        <w:tc>
          <w:tcPr>
            <w:tcW w:w="4915" w:type="dxa"/>
          </w:tcPr>
          <w:p w:rsidR="000571DF" w:rsidRPr="009E1C54" w:rsidRDefault="000571DF">
            <w:pPr>
              <w:rPr>
                <w:rFonts w:cs="Times New Roman"/>
                <w:lang w:val="pl-PL"/>
              </w:rPr>
            </w:pPr>
          </w:p>
        </w:tc>
      </w:tr>
      <w:tr w:rsidR="000571DF" w:rsidRPr="009E1C54" w:rsidTr="009E1C54">
        <w:tc>
          <w:tcPr>
            <w:tcW w:w="4806" w:type="dxa"/>
            <w:vAlign w:val="center"/>
          </w:tcPr>
          <w:p w:rsidR="000571DF" w:rsidRPr="009E1C54" w:rsidRDefault="000571DF" w:rsidP="009E1C54">
            <w:pPr>
              <w:ind w:left="142" w:hanging="142"/>
              <w:rPr>
                <w:rFonts w:cs="Times New Roman"/>
                <w:lang w:val="pl-PL"/>
              </w:rPr>
            </w:pPr>
          </w:p>
          <w:p w:rsidR="00F73EB7" w:rsidRPr="009E1C54" w:rsidRDefault="00F73EB7" w:rsidP="009E1C54">
            <w:pPr>
              <w:ind w:left="142" w:hanging="142"/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Telefon kontaktowy / e-mail</w:t>
            </w:r>
          </w:p>
        </w:tc>
        <w:tc>
          <w:tcPr>
            <w:tcW w:w="4915" w:type="dxa"/>
          </w:tcPr>
          <w:p w:rsidR="000571DF" w:rsidRPr="009E1C54" w:rsidRDefault="000571DF">
            <w:pPr>
              <w:rPr>
                <w:rFonts w:cs="Times New Roman"/>
                <w:lang w:val="pl-PL"/>
              </w:rPr>
            </w:pPr>
          </w:p>
        </w:tc>
      </w:tr>
      <w:tr w:rsidR="000571DF" w:rsidRPr="009E1C54" w:rsidTr="009E1C54">
        <w:tc>
          <w:tcPr>
            <w:tcW w:w="4806" w:type="dxa"/>
            <w:vAlign w:val="center"/>
          </w:tcPr>
          <w:p w:rsidR="000571DF" w:rsidRPr="009E1C54" w:rsidRDefault="000571DF" w:rsidP="009E1C54">
            <w:pPr>
              <w:ind w:left="142" w:hanging="142"/>
              <w:rPr>
                <w:rFonts w:cs="Times New Roman"/>
                <w:lang w:val="pl-PL"/>
              </w:rPr>
            </w:pPr>
          </w:p>
          <w:p w:rsidR="00F73EB7" w:rsidRPr="009E1C54" w:rsidRDefault="00F73EB7" w:rsidP="009E1C54">
            <w:pPr>
              <w:ind w:left="142" w:hanging="142"/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 xml:space="preserve">Podstawa działania </w:t>
            </w:r>
          </w:p>
        </w:tc>
        <w:tc>
          <w:tcPr>
            <w:tcW w:w="4915" w:type="dxa"/>
          </w:tcPr>
          <w:p w:rsidR="000571DF" w:rsidRPr="009E1C54" w:rsidRDefault="00F73EB7">
            <w:pPr>
              <w:rPr>
                <w:rFonts w:cs="Times New Roman"/>
                <w:lang w:val="pl-PL"/>
              </w:rPr>
            </w:pPr>
            <w:r w:rsidRPr="009E1C54">
              <w:rPr>
                <w:rFonts w:ascii="MS Gothic" w:eastAsia="MS Gothic" w:hAnsi="MS Gothic" w:cs="MS Gothic"/>
                <w:lang w:val="pl-PL"/>
              </w:rPr>
              <w:t>☐</w:t>
            </w:r>
            <w:r w:rsidRPr="009E1C54">
              <w:rPr>
                <w:rFonts w:cs="Times New Roman"/>
                <w:lang w:val="pl-PL"/>
              </w:rPr>
              <w:t xml:space="preserve">   Przedstawiciel ustawowy</w:t>
            </w:r>
          </w:p>
          <w:p w:rsidR="00F73EB7" w:rsidRPr="009E1C54" w:rsidRDefault="00F73EB7">
            <w:pPr>
              <w:rPr>
                <w:rFonts w:cs="Times New Roman"/>
                <w:lang w:val="pl-PL"/>
              </w:rPr>
            </w:pPr>
            <w:r w:rsidRPr="009E1C54">
              <w:rPr>
                <w:rFonts w:ascii="MS Gothic" w:eastAsia="MS Gothic" w:hAnsi="MS Gothic" w:cs="MS Gothic"/>
                <w:lang w:val="pl-PL"/>
              </w:rPr>
              <w:t>☐</w:t>
            </w:r>
            <w:r w:rsidRPr="009E1C54">
              <w:rPr>
                <w:rFonts w:cs="Times New Roman"/>
                <w:lang w:val="pl-PL"/>
              </w:rPr>
              <w:t xml:space="preserve">   Pełnomocnik </w:t>
            </w:r>
          </w:p>
        </w:tc>
      </w:tr>
      <w:tr w:rsidR="000571DF" w:rsidRPr="009E1C54" w:rsidTr="009E1C54">
        <w:tc>
          <w:tcPr>
            <w:tcW w:w="4806" w:type="dxa"/>
            <w:vAlign w:val="center"/>
          </w:tcPr>
          <w:p w:rsidR="000571DF" w:rsidRPr="009E1C54" w:rsidRDefault="00F73EB7" w:rsidP="009E1C54">
            <w:pPr>
              <w:ind w:left="142" w:hanging="142"/>
              <w:rPr>
                <w:rFonts w:cs="Times New Roman"/>
                <w:lang w:val="pl-PL"/>
              </w:rPr>
            </w:pPr>
            <w:r w:rsidRPr="009E1C54">
              <w:rPr>
                <w:rFonts w:cs="Times New Roman"/>
                <w:lang w:val="pl-PL"/>
              </w:rPr>
              <w:t>Dokument potwierdzający umocowanie</w:t>
            </w:r>
          </w:p>
        </w:tc>
        <w:tc>
          <w:tcPr>
            <w:tcW w:w="4915" w:type="dxa"/>
          </w:tcPr>
          <w:p w:rsidR="00F73EB7" w:rsidRPr="009E1C54" w:rsidRDefault="00F73EB7">
            <w:pPr>
              <w:rPr>
                <w:rFonts w:cs="Times New Roman"/>
                <w:lang w:val="pl-PL"/>
              </w:rPr>
            </w:pPr>
            <w:r w:rsidRPr="009E1C54">
              <w:rPr>
                <w:rFonts w:ascii="MS Gothic" w:eastAsia="MS Gothic" w:hAnsi="MS Gothic" w:cs="MS Gothic"/>
                <w:lang w:val="pl-PL"/>
              </w:rPr>
              <w:t>☐</w:t>
            </w:r>
            <w:r w:rsidRPr="009E1C54">
              <w:rPr>
                <w:rFonts w:cs="Times New Roman"/>
                <w:lang w:val="pl-PL"/>
              </w:rPr>
              <w:t xml:space="preserve"> załączono   </w:t>
            </w:r>
          </w:p>
          <w:p w:rsidR="000571DF" w:rsidRPr="009E1C54" w:rsidRDefault="00F73EB7">
            <w:pPr>
              <w:rPr>
                <w:rFonts w:cs="Times New Roman"/>
                <w:lang w:val="pl-PL"/>
              </w:rPr>
            </w:pPr>
            <w:r w:rsidRPr="009E1C54">
              <w:rPr>
                <w:rFonts w:ascii="MS Gothic" w:eastAsia="MS Gothic" w:hAnsi="MS Gothic" w:cs="MS Gothic"/>
                <w:lang w:val="pl-PL"/>
              </w:rPr>
              <w:t>☐</w:t>
            </w:r>
            <w:r w:rsidRPr="009E1C54">
              <w:rPr>
                <w:rFonts w:cs="Times New Roman"/>
                <w:lang w:val="pl-PL"/>
              </w:rPr>
              <w:t xml:space="preserve"> nie dotyczy</w:t>
            </w:r>
          </w:p>
          <w:p w:rsidR="00F73EB7" w:rsidRPr="009E1C54" w:rsidRDefault="00F73EB7">
            <w:pPr>
              <w:rPr>
                <w:rFonts w:cs="Times New Roman"/>
                <w:lang w:val="pl-PL"/>
              </w:rPr>
            </w:pPr>
          </w:p>
        </w:tc>
      </w:tr>
    </w:tbl>
    <w:p w:rsidR="000571DF" w:rsidRPr="009E1C54" w:rsidRDefault="000571DF">
      <w:pPr>
        <w:rPr>
          <w:rFonts w:cs="Times New Roman"/>
          <w:b/>
          <w:lang w:val="pl-PL"/>
        </w:rPr>
      </w:pPr>
    </w:p>
    <w:p w:rsidR="00816950" w:rsidRPr="009E1C54" w:rsidRDefault="00F73EB7">
      <w:pPr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3</w:t>
      </w:r>
      <w:r w:rsidR="000C0048" w:rsidRPr="009E1C54">
        <w:rPr>
          <w:rFonts w:cs="Times New Roman"/>
          <w:b/>
          <w:lang w:val="pl-PL"/>
        </w:rPr>
        <w:t>. Wniosek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Zwracam się z wnioskiem o zakwalifikowanie mnie do zawarcia umowy o</w:t>
      </w:r>
      <w:r w:rsidR="0065336B" w:rsidRPr="009E1C54">
        <w:rPr>
          <w:rFonts w:cs="Times New Roman"/>
          <w:lang w:val="pl-PL"/>
        </w:rPr>
        <w:t xml:space="preserve"> realizacji Bonu Senioralnego i </w:t>
      </w:r>
      <w:r w:rsidRPr="009E1C54">
        <w:rPr>
          <w:rFonts w:cs="Times New Roman"/>
          <w:lang w:val="pl-PL"/>
        </w:rPr>
        <w:t>objęcie usługami wsparcia w ramach Programu Bonu Senioralnego na lata 2026–2028, zgodnie</w:t>
      </w:r>
      <w:r w:rsidR="0065336B" w:rsidRPr="009E1C54">
        <w:rPr>
          <w:rFonts w:cs="Times New Roman"/>
          <w:lang w:val="pl-PL"/>
        </w:rPr>
        <w:t xml:space="preserve"> z ustawą z </w:t>
      </w:r>
      <w:r w:rsidRPr="009E1C54">
        <w:rPr>
          <w:rFonts w:cs="Times New Roman"/>
          <w:lang w:val="pl-PL"/>
        </w:rPr>
        <w:t>dnia 11 czerwca 2026 r. o osobach starszych i koordynacji opieki długoterminowej oraz rozporządzeniem Rady Ministrów z dnia 29 września 2026 r. w sprawie Programu Bonu Senioralnego na lata 2026–2028.</w:t>
      </w:r>
    </w:p>
    <w:p w:rsidR="00816950" w:rsidRPr="009E1C54" w:rsidRDefault="00F73EB7" w:rsidP="0065336B">
      <w:pPr>
        <w:jc w:val="both"/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4</w:t>
      </w:r>
      <w:r w:rsidR="000C0048" w:rsidRPr="009E1C54">
        <w:rPr>
          <w:rFonts w:cs="Times New Roman"/>
          <w:b/>
          <w:lang w:val="pl-PL"/>
        </w:rPr>
        <w:t>. Opis potrzeb i czynności, przy których potrzebuję wsparcia:</w:t>
      </w:r>
    </w:p>
    <w:p w:rsidR="00ED4448" w:rsidRPr="009E1C54" w:rsidRDefault="000C0048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................................................................................................................................................................................</w:t>
      </w:r>
    </w:p>
    <w:p w:rsidR="00ED4448" w:rsidRPr="009E1C54" w:rsidRDefault="000C0048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lastRenderedPageBreak/>
        <w:t>................................................................................................................................................................................</w:t>
      </w:r>
    </w:p>
    <w:p w:rsidR="00ED4448" w:rsidRPr="009E1C54" w:rsidRDefault="000C0048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................................................................................................................................................................................</w:t>
      </w:r>
    </w:p>
    <w:p w:rsidR="00ED4448" w:rsidRPr="009E1C54" w:rsidRDefault="000C0048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................................................................................................................................................................................</w:t>
      </w:r>
    </w:p>
    <w:p w:rsidR="00ED4448" w:rsidRPr="009E1C54" w:rsidRDefault="000C0048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................................................................................................................................................................................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W szczególności potrzebuję wsparcia w zakresie (zaznaczyć właściwe):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wykonywania codziennych czynności (np. ubieranie się, przygotowywanie posiłków, poruszanie się, utrzymywanie porządku)</w:t>
      </w:r>
      <w:r w:rsidR="009E1C54">
        <w:rPr>
          <w:rFonts w:cs="Times New Roman"/>
          <w:lang w:val="pl-PL"/>
        </w:rPr>
        <w:t>,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opieki higieniczno-pielęgnacyjnej</w:t>
      </w:r>
      <w:r w:rsidR="009E1C54">
        <w:rPr>
          <w:rFonts w:cs="Times New Roman"/>
          <w:lang w:val="pl-PL"/>
        </w:rPr>
        <w:t>,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wsparcia w korzystaniu ze świadczeń zdrowotnych</w:t>
      </w:r>
      <w:r w:rsidR="009E1C54">
        <w:rPr>
          <w:rFonts w:cs="Times New Roman"/>
          <w:lang w:val="pl-PL"/>
        </w:rPr>
        <w:t>,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kontaktów z otoczeniem, w tym aktywizacji intelektualnej lub ruchowej</w:t>
      </w:r>
      <w:r w:rsidR="009E1C54">
        <w:rPr>
          <w:rFonts w:cs="Times New Roman"/>
          <w:lang w:val="pl-PL"/>
        </w:rPr>
        <w:t>,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inne potrzeby (jakie?): ................................................................................................................</w:t>
      </w:r>
      <w:r w:rsidR="009B5649">
        <w:rPr>
          <w:rFonts w:cs="Times New Roman"/>
          <w:lang w:val="pl-PL"/>
        </w:rPr>
        <w:t>.....................</w:t>
      </w:r>
    </w:p>
    <w:p w:rsidR="00FC2AED" w:rsidRPr="009E1C54" w:rsidRDefault="00F73EB7" w:rsidP="00FC2AED">
      <w:pPr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5</w:t>
      </w:r>
      <w:r w:rsidR="00FC2AED" w:rsidRPr="009E1C54">
        <w:rPr>
          <w:rFonts w:cs="Times New Roman"/>
          <w:b/>
          <w:lang w:val="pl-PL"/>
        </w:rPr>
        <w:t>. Informacje dotyczące spełniania warunków ustawowych</w:t>
      </w:r>
    </w:p>
    <w:p w:rsidR="00FC2AED" w:rsidRPr="009E1C54" w:rsidRDefault="00FC2AED" w:rsidP="00FC2AED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ukończył 65. rok życia?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ma miejsce zamieszkania na terytorium Rzeczypospolitej Polskiej i będzie tu mieszkać w okresie korzystania z bonu?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na seniora ustalono prawo do specjalnego zasiłku opiekuńczego, świadczenia pielęgnacyjnego lub zasiłku dla opiekuna?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korzysta ze świadczenia wspierającego?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65336B" w:rsidRPr="009E1C54" w:rsidRDefault="0065336B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korzysta ze specjalistycznych usług opiekuńczych w ośrodkach wsparcia?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korzysta z usług opiekuńczych/asystencji finansowanych z programów rządowych, opieki całodobowej lub instytucjonalnej opieki dziennej?   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65336B" w:rsidRPr="009E1C54" w:rsidRDefault="0065336B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korzysta ze z całodobowej opieki świadczonej w domu pomocy społecznej?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65336B" w:rsidRPr="009E1C54" w:rsidRDefault="0065336B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korzysta </w:t>
      </w:r>
      <w:r w:rsidRPr="009E1C54">
        <w:rPr>
          <w:rFonts w:cs="Times New Roman"/>
          <w:lang w:val="pl-PL"/>
        </w:rPr>
        <w:t>z całodobowej opieki stacjonarnej świadczonej w zakładzie opiekuńczo-lecznicz</w:t>
      </w:r>
      <w:r w:rsidRPr="009E1C54">
        <w:rPr>
          <w:rFonts w:cs="Times New Roman"/>
          <w:lang w:val="pl-PL"/>
        </w:rPr>
        <w:t>ym lub zakładzie pielęgnacyjno</w:t>
      </w:r>
      <w:r w:rsidR="009E1C54">
        <w:rPr>
          <w:rFonts w:cs="Times New Roman"/>
          <w:lang w:val="pl-PL"/>
        </w:rPr>
        <w:t xml:space="preserve"> </w:t>
      </w:r>
      <w:r w:rsidRPr="009E1C54">
        <w:rPr>
          <w:rFonts w:cs="Times New Roman"/>
          <w:lang w:val="pl-PL"/>
        </w:rPr>
        <w:t>--opiekuńczym, lub</w:t>
      </w:r>
      <w:r w:rsidRPr="009E1C54">
        <w:rPr>
          <w:rFonts w:cs="Times New Roman"/>
          <w:lang w:val="pl-PL"/>
        </w:rPr>
        <w:t xml:space="preserve"> z całodobowej opieki świadczonej osobom niepełnosprawnym, przewlekle chorym lub osobom w podeszłym wieku</w:t>
      </w:r>
      <w:r w:rsidRPr="009E1C54">
        <w:rPr>
          <w:rFonts w:cs="Times New Roman"/>
          <w:lang w:val="pl-PL"/>
        </w:rPr>
        <w:t xml:space="preserve">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9B5649" w:rsidRDefault="0065336B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korzysta z całodobowej opieki świadczonej przez podmiot inny niż wskazany wyżej?  </w:t>
      </w:r>
    </w:p>
    <w:p w:rsidR="0065336B" w:rsidRPr="009E1C54" w:rsidRDefault="0065336B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65336B" w:rsidRPr="009E1C54" w:rsidRDefault="0065336B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Czy senior korzysta z instytucjonalnej opieki dziennej?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tak   </w:t>
      </w: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nie</w:t>
      </w:r>
    </w:p>
    <w:p w:rsidR="00FC2AED" w:rsidRPr="009E1C54" w:rsidRDefault="00FC2AED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lastRenderedPageBreak/>
        <w:t>Jeżeli na którekolwiek z powyższych pytań udzielono odpowiedzi „tak”, proszę opisać rodzaj świ</w:t>
      </w:r>
      <w:r w:rsidR="0065336B" w:rsidRPr="009E1C54">
        <w:rPr>
          <w:rFonts w:cs="Times New Roman"/>
          <w:lang w:val="pl-PL"/>
        </w:rPr>
        <w:t>adczenia/usługi, okres i wymiar korzystania ………………………………………………………………...</w:t>
      </w:r>
    </w:p>
    <w:p w:rsidR="0065336B" w:rsidRPr="009E1C54" w:rsidRDefault="0065336B" w:rsidP="0065336B">
      <w:pPr>
        <w:jc w:val="both"/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……………………………………………………………………………………………………………………</w:t>
      </w:r>
    </w:p>
    <w:p w:rsidR="00FC2AED" w:rsidRPr="009E1C54" w:rsidRDefault="00F73EB7" w:rsidP="00FC2AED">
      <w:pPr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6</w:t>
      </w:r>
      <w:r w:rsidR="000C0048" w:rsidRPr="009E1C54">
        <w:rPr>
          <w:rFonts w:cs="Times New Roman"/>
          <w:b/>
          <w:lang w:val="pl-PL"/>
        </w:rPr>
        <w:t xml:space="preserve">. </w:t>
      </w:r>
      <w:r w:rsidR="00FC2AED" w:rsidRPr="009E1C54">
        <w:rPr>
          <w:rFonts w:cs="Times New Roman"/>
          <w:b/>
          <w:lang w:val="pl-PL"/>
        </w:rPr>
        <w:t xml:space="preserve"> Oświadczenia seniora</w:t>
      </w:r>
    </w:p>
    <w:p w:rsidR="00FC2AED" w:rsidRPr="009E1C54" w:rsidRDefault="00FC2AED" w:rsidP="00FC2AED">
      <w:pPr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Oświadczam, że informacje podane we wniosku są zgodne </w:t>
      </w:r>
      <w:r w:rsidR="00F73EB7" w:rsidRPr="009E1C54">
        <w:rPr>
          <w:rFonts w:cs="Times New Roman"/>
          <w:lang w:val="pl-PL"/>
        </w:rPr>
        <w:t xml:space="preserve">ze </w:t>
      </w:r>
      <w:r w:rsidR="009E1C54" w:rsidRPr="009E1C54">
        <w:rPr>
          <w:rFonts w:cs="Times New Roman"/>
          <w:lang w:val="pl-PL"/>
        </w:rPr>
        <w:t>stanem</w:t>
      </w:r>
      <w:r w:rsidR="00F73EB7" w:rsidRPr="009E1C54">
        <w:rPr>
          <w:rFonts w:cs="Times New Roman"/>
          <w:lang w:val="pl-PL"/>
        </w:rPr>
        <w:t xml:space="preserve"> faktycznym.</w:t>
      </w:r>
    </w:p>
    <w:p w:rsidR="00FC2AED" w:rsidRPr="009E1C54" w:rsidRDefault="00FC2AED" w:rsidP="00FE3707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Zobowiązuję się niezwłocznie poinformować Gminny Ośrodek Pomocy Społecznej w</w:t>
      </w:r>
      <w:r w:rsidR="00F73EB7" w:rsidRPr="009E1C54">
        <w:rPr>
          <w:rFonts w:cs="Times New Roman"/>
          <w:lang w:val="pl-PL"/>
        </w:rPr>
        <w:t xml:space="preserve"> Kołczygłowach o </w:t>
      </w:r>
      <w:r w:rsidRPr="009E1C54">
        <w:rPr>
          <w:rFonts w:cs="Times New Roman"/>
          <w:lang w:val="pl-PL"/>
        </w:rPr>
        <w:t>zmianach danych lub sytuacji, które mogą mieć wpływ na kw</w:t>
      </w:r>
      <w:r w:rsidR="00F73EB7" w:rsidRPr="009E1C54">
        <w:rPr>
          <w:rFonts w:cs="Times New Roman"/>
          <w:lang w:val="pl-PL"/>
        </w:rPr>
        <w:t>alifikację albo realizację umó</w:t>
      </w:r>
      <w:r w:rsidRPr="009E1C54">
        <w:rPr>
          <w:rFonts w:cs="Times New Roman"/>
          <w:lang w:val="pl-PL"/>
        </w:rPr>
        <w:t>w</w:t>
      </w:r>
      <w:r w:rsidR="00F73EB7" w:rsidRPr="009E1C54">
        <w:rPr>
          <w:rFonts w:cs="Times New Roman"/>
          <w:lang w:val="pl-PL"/>
        </w:rPr>
        <w:t xml:space="preserve"> w </w:t>
      </w:r>
      <w:r w:rsidRPr="009E1C54">
        <w:rPr>
          <w:rFonts w:cs="Times New Roman"/>
          <w:lang w:val="pl-PL"/>
        </w:rPr>
        <w:t> szczególności o zmianie miejsca zamieszkania, dochodu, korzystaniu z innych świadczeń/usług, hospitalizacji lub pobycie w placówce zapewniającej opiekę.</w:t>
      </w:r>
    </w:p>
    <w:p w:rsidR="00FC2AED" w:rsidRPr="009E1C54" w:rsidRDefault="00FC2AED" w:rsidP="00FE3707">
      <w:pPr>
        <w:jc w:val="both"/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Przyjmuję do wiadomości, że złożenie wniosku nie oznacza automatycznego przyznania bonu senioralnego, a kwalifikacja zależy od spełnienia warunków ustawowych, oceny potrzeb oraz dostępnych środków i usług.</w:t>
      </w:r>
    </w:p>
    <w:p w:rsidR="00FC2AED" w:rsidRPr="009E1C54" w:rsidRDefault="00FC2AED" w:rsidP="00FC2AED">
      <w:pPr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Zostałem/am poinformowany/a, że w celu kwalifikacji może być konieczne przeprowadzenie rozmowy ze mną lub osobami wspólnie zamieszkującymi oraz wizyty w miejscu zamieszkania, jeżeli będzie to niezbędne do ustalenia stanu faktycznego.</w:t>
      </w:r>
    </w:p>
    <w:p w:rsidR="0065336B" w:rsidRPr="009E1C54" w:rsidRDefault="0065336B" w:rsidP="0065336B">
      <w:pPr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7. Inne informacje potrzebne do organizacji wsparcia</w:t>
      </w:r>
      <w:r w:rsidRPr="009E1C54">
        <w:rPr>
          <w:rFonts w:cs="Times New Roman"/>
          <w:b/>
          <w:lang w:val="pl-PL"/>
        </w:rPr>
        <w:t xml:space="preserve">    </w:t>
      </w:r>
    </w:p>
    <w:p w:rsidR="0065336B" w:rsidRPr="009E1C54" w:rsidRDefault="0065336B" w:rsidP="0065336B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Preferowane dni i pory świadc</w:t>
      </w:r>
      <w:r w:rsidRPr="009E1C54">
        <w:rPr>
          <w:rFonts w:cs="Times New Roman"/>
          <w:lang w:val="pl-PL"/>
        </w:rPr>
        <w:t>zenia wsparcia (orientacyjnie):</w:t>
      </w:r>
    </w:p>
    <w:p w:rsidR="0065336B" w:rsidRPr="009E1C54" w:rsidRDefault="0065336B" w:rsidP="0065336B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..........................................................................................................................................</w:t>
      </w:r>
      <w:r w:rsidRPr="009E1C54">
        <w:rPr>
          <w:rFonts w:cs="Times New Roman"/>
          <w:lang w:val="pl-PL"/>
        </w:rPr>
        <w:t>...............................</w:t>
      </w:r>
      <w:r w:rsidR="009B5649">
        <w:rPr>
          <w:rFonts w:cs="Times New Roman"/>
          <w:lang w:val="pl-PL"/>
        </w:rPr>
        <w:t>.....</w:t>
      </w:r>
    </w:p>
    <w:p w:rsidR="0065336B" w:rsidRPr="009E1C54" w:rsidRDefault="0065336B" w:rsidP="0065336B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Inne ważne informacje organizacyjne lub do</w:t>
      </w:r>
      <w:r w:rsidRPr="009E1C54">
        <w:rPr>
          <w:rFonts w:cs="Times New Roman"/>
          <w:lang w:val="pl-PL"/>
        </w:rPr>
        <w:t>tyczące bezpieczeństwa seniora:</w:t>
      </w:r>
    </w:p>
    <w:p w:rsidR="0065336B" w:rsidRPr="009E1C54" w:rsidRDefault="0065336B" w:rsidP="00FC2AED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>.........................................................................................................................................</w:t>
      </w:r>
      <w:r w:rsidRPr="009E1C54">
        <w:rPr>
          <w:rFonts w:cs="Times New Roman"/>
          <w:lang w:val="pl-PL"/>
        </w:rPr>
        <w:t>...............................</w:t>
      </w:r>
      <w:r w:rsidR="009B5649">
        <w:rPr>
          <w:rFonts w:cs="Times New Roman"/>
          <w:lang w:val="pl-PL"/>
        </w:rPr>
        <w:t>......</w:t>
      </w:r>
    </w:p>
    <w:p w:rsidR="00FC2AED" w:rsidRPr="009E1C54" w:rsidRDefault="0065336B" w:rsidP="00FC2AED">
      <w:pPr>
        <w:rPr>
          <w:rFonts w:cs="Times New Roman"/>
          <w:b/>
          <w:lang w:val="pl-PL"/>
        </w:rPr>
      </w:pPr>
      <w:r w:rsidRPr="009E1C54">
        <w:rPr>
          <w:rFonts w:cs="Times New Roman"/>
          <w:b/>
          <w:lang w:val="pl-PL"/>
        </w:rPr>
        <w:t>8</w:t>
      </w:r>
      <w:r w:rsidR="00FC2AED" w:rsidRPr="009E1C54">
        <w:rPr>
          <w:rFonts w:cs="Times New Roman"/>
          <w:b/>
          <w:lang w:val="pl-PL"/>
        </w:rPr>
        <w:t>. Wykaz załączników</w:t>
      </w:r>
    </w:p>
    <w:p w:rsidR="00FC2AED" w:rsidRPr="009E1C54" w:rsidRDefault="00FC2AED" w:rsidP="00FC2AED">
      <w:pPr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dokumenty potwierdzające dochód seniora za 3 miesiące poprzedzające złożenie wniosku</w:t>
      </w:r>
    </w:p>
    <w:p w:rsidR="00FC2AED" w:rsidRPr="009E1C54" w:rsidRDefault="00FC2AED" w:rsidP="00FC2AED">
      <w:pPr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dokumenty niezbędne do potwierdzenia spełniania pozostałych warunków ustawowych (jakie?): ................................................................</w:t>
      </w:r>
      <w:r w:rsidR="009E1C54">
        <w:rPr>
          <w:rFonts w:cs="Times New Roman"/>
          <w:lang w:val="pl-PL"/>
        </w:rPr>
        <w:t>.......................................................................................................</w:t>
      </w:r>
      <w:r w:rsidR="009B5649">
        <w:rPr>
          <w:rFonts w:cs="Times New Roman"/>
          <w:lang w:val="pl-PL"/>
        </w:rPr>
        <w:t>.......</w:t>
      </w:r>
      <w:bookmarkStart w:id="0" w:name="_GoBack"/>
      <w:bookmarkEnd w:id="0"/>
    </w:p>
    <w:p w:rsidR="00FC2AED" w:rsidRPr="009E1C54" w:rsidRDefault="00FC2AED" w:rsidP="00FC2AED">
      <w:pPr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dokument potwierdzający umocowanie przedstawiciela ustawowego lub pełnomocnika (jeżeli dotyczy)</w:t>
      </w:r>
    </w:p>
    <w:p w:rsidR="00FC2AED" w:rsidRPr="009E1C54" w:rsidRDefault="00FC2AED" w:rsidP="00FC2AED">
      <w:pPr>
        <w:rPr>
          <w:rFonts w:cs="Times New Roman"/>
          <w:lang w:val="pl-PL"/>
        </w:rPr>
      </w:pPr>
      <w:r w:rsidRPr="009E1C54">
        <w:rPr>
          <w:rFonts w:ascii="MS Gothic" w:eastAsia="MS Gothic" w:hAnsi="MS Gothic" w:cs="MS Gothic"/>
          <w:lang w:val="pl-PL"/>
        </w:rPr>
        <w:t>☐</w:t>
      </w:r>
      <w:r w:rsidRPr="009E1C54">
        <w:rPr>
          <w:rFonts w:cs="Times New Roman"/>
          <w:lang w:val="pl-PL"/>
        </w:rPr>
        <w:t xml:space="preserve"> inne dokumenty: ................................................................................................................................</w:t>
      </w:r>
      <w:r w:rsidR="009E1C54">
        <w:rPr>
          <w:rFonts w:cs="Times New Roman"/>
          <w:lang w:val="pl-PL"/>
        </w:rPr>
        <w:t>.....</w:t>
      </w:r>
      <w:r w:rsidR="009B5649">
        <w:rPr>
          <w:rFonts w:cs="Times New Roman"/>
          <w:lang w:val="pl-PL"/>
        </w:rPr>
        <w:t>........</w:t>
      </w:r>
    </w:p>
    <w:p w:rsidR="00ED4448" w:rsidRDefault="00ED4448">
      <w:pPr>
        <w:rPr>
          <w:rFonts w:cs="Times New Roman"/>
          <w:lang w:val="pl-PL"/>
        </w:rPr>
      </w:pPr>
    </w:p>
    <w:p w:rsidR="009E1C54" w:rsidRDefault="009E1C54">
      <w:pPr>
        <w:rPr>
          <w:rFonts w:cs="Times New Roman"/>
          <w:lang w:val="pl-PL"/>
        </w:rPr>
      </w:pPr>
    </w:p>
    <w:p w:rsidR="009E1C54" w:rsidRPr="009E1C54" w:rsidRDefault="009E1C54">
      <w:pPr>
        <w:rPr>
          <w:rFonts w:cs="Times New Roman"/>
          <w:lang w:val="pl-PL"/>
        </w:rPr>
      </w:pPr>
    </w:p>
    <w:p w:rsidR="00816950" w:rsidRPr="009E1C54" w:rsidRDefault="000C0048">
      <w:pPr>
        <w:rPr>
          <w:rFonts w:cs="Times New Roman"/>
          <w:lang w:val="pl-PL"/>
        </w:rPr>
      </w:pPr>
      <w:r w:rsidRPr="009E1C54">
        <w:rPr>
          <w:rFonts w:cs="Times New Roman"/>
          <w:lang w:val="pl-PL"/>
        </w:rPr>
        <w:t xml:space="preserve">Miejscowość i data: ……………………………  </w:t>
      </w:r>
      <w:r w:rsidR="00ED4448" w:rsidRPr="009E1C54">
        <w:rPr>
          <w:rFonts w:cs="Times New Roman"/>
          <w:lang w:val="pl-PL"/>
        </w:rPr>
        <w:t xml:space="preserve">                 </w:t>
      </w:r>
      <w:r w:rsidR="00FC2AED" w:rsidRPr="009E1C54">
        <w:rPr>
          <w:rFonts w:cs="Times New Roman"/>
          <w:lang w:val="pl-PL"/>
        </w:rPr>
        <w:t xml:space="preserve">    </w:t>
      </w:r>
      <w:r w:rsidR="00ED4448" w:rsidRPr="009E1C54">
        <w:rPr>
          <w:rFonts w:cs="Times New Roman"/>
          <w:lang w:val="pl-PL"/>
        </w:rPr>
        <w:t xml:space="preserve">  </w:t>
      </w:r>
      <w:r w:rsidRPr="009E1C54">
        <w:rPr>
          <w:rFonts w:cs="Times New Roman"/>
          <w:lang w:val="pl-PL"/>
        </w:rPr>
        <w:t xml:space="preserve">  Podpis Seniora: ……………………………</w:t>
      </w:r>
    </w:p>
    <w:sectPr w:rsidR="00816950" w:rsidRPr="009E1C54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C7F" w:rsidRDefault="000C0048">
      <w:pPr>
        <w:spacing w:after="0" w:line="240" w:lineRule="auto"/>
      </w:pPr>
      <w:r>
        <w:separator/>
      </w:r>
    </w:p>
  </w:endnote>
  <w:endnote w:type="continuationSeparator" w:id="0">
    <w:p w:rsidR="000B4C7F" w:rsidRDefault="000C0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950" w:rsidRDefault="0081695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C7F" w:rsidRDefault="000C0048">
      <w:pPr>
        <w:spacing w:after="0" w:line="240" w:lineRule="auto"/>
      </w:pPr>
      <w:r>
        <w:separator/>
      </w:r>
    </w:p>
  </w:footnote>
  <w:footnote w:type="continuationSeparator" w:id="0">
    <w:p w:rsidR="000B4C7F" w:rsidRDefault="000C0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71DF"/>
    <w:rsid w:val="0006063C"/>
    <w:rsid w:val="000B4C7F"/>
    <w:rsid w:val="000C0048"/>
    <w:rsid w:val="0015074B"/>
    <w:rsid w:val="001F20D6"/>
    <w:rsid w:val="0029639D"/>
    <w:rsid w:val="0030023A"/>
    <w:rsid w:val="00326F90"/>
    <w:rsid w:val="0065336B"/>
    <w:rsid w:val="00816950"/>
    <w:rsid w:val="00890FC8"/>
    <w:rsid w:val="009B5649"/>
    <w:rsid w:val="009E1C54"/>
    <w:rsid w:val="00AA1D8D"/>
    <w:rsid w:val="00B47730"/>
    <w:rsid w:val="00BE4C7D"/>
    <w:rsid w:val="00CB0664"/>
    <w:rsid w:val="00D93B1B"/>
    <w:rsid w:val="00ED4448"/>
    <w:rsid w:val="00F73EB7"/>
    <w:rsid w:val="00FC2AED"/>
    <w:rsid w:val="00FC693F"/>
    <w:rsid w:val="00FE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FC2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A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FC2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A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EB5A12-0D60-43C1-9395-9D573331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914</Words>
  <Characters>5485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Gudalewicz</cp:lastModifiedBy>
  <cp:revision>8</cp:revision>
  <cp:lastPrinted>2026-10-16T06:29:00Z</cp:lastPrinted>
  <dcterms:created xsi:type="dcterms:W3CDTF">2026-10-08T12:39:00Z</dcterms:created>
  <dcterms:modified xsi:type="dcterms:W3CDTF">2026-10-16T06:38:00Z</dcterms:modified>
</cp:coreProperties>
</file>